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הראיון, סוגיו ואת מה שמראיינים בודקים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הצגה עצמית ברורה ותשובות STAR מבוססות דוגמאות אישיות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שפת גוף, ניהול לחץ וכלי חוסן לפני ובמהלך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תשובות ושאלות להקשר הספציפי: תוכנית, מכינה, עבודה או מלגה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ראיון וסוגיו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שיחה עם מטרה, שבה שני הצדדים מכירים זה את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התאמה בין המועמד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ראיון וסוגיו – זיהוי והבחנה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ראיון הוא שיחה עם מטרה, לא בחינה עם תשובה אחת נכונה.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המוטיבציה ברשימת מה שמראיינים מחפשים.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ראיון וסוגיו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תקשורת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מהו ראיון וסוגיו – התאמת סוגי ראיונות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(מראיין אחד או ועדה קטנה, בדרך כלל 10–30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(כמה מועמדים יחד, הצגה עצמית ודילמה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(שיחת וידאו, חשוב חדר שקט ומצלמה בגובה העיניים)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(ראיון קצר בטלפון, הקול והבהירות הם הכול)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רושם ראשון, שפת גוף והצגה עצמית – זיהוי ויסודות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הבסיסית של ראיון: שתי הצדדים מנסים להכיר זה את 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מומלץ לבנות אותה מארבעה משפטים: מי אני, מה מעניין אותי, חוזקה עם דוגמה, ולמה המקום הזה.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הם יוצרים רושם ראשון חיובי ומשדרים ביטחון ועניין אמיתי.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רושם ראשון, שפת גוף והצגה עצמית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(שפת גוף מקדמת)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(שפת גוף מעכבת)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(שפת גוף מקדמת)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רושם ראשון, שפת גוף והצגה עצמית – ניתוח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אחד מארבעת המשפטים מופיע בנפרד, יש דוגמה קונקרטית לחוזקה, והאורך מתאים לקריאה בקול תוך כ-60 שניות.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מאגר שאלות ושיטת STAR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 (Situation)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משימה (Task)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מאגר שאלות ושיטת STAR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השיטה מסייעת לארגן סיפור ברור עם מצב, משימה, פעולה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בעמוד המאגר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מאגר שאלות ושיטת STAR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(הרקע או הנסיבות שבהן קרה הדבר)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היה צריך לעשות או לפתור)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בפועל עשיתי כדי להתמודד)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קרה בסוף ומה למדתי)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מאגר שאלות ושיטת STAR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התאמה אישית: תוכנית, מכינה, עבודה ומלגה – מה זוכרים מהמשימות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התאמה אישית: תוכנית, מכינה, עבודה ומלגה – התאמת התשובה להקשר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(בודקים עניין בתחום, התמדה ומוכנות 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(בודקים אמינות, זמינות ונכונות 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(בודקים מטרות, מאמץ וצורך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(פתיחה, שתי חוזקות עם דוגמאות, מטרה וחיבור לתוכנית)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התאמה אישית: תוכנית, מכינה, עבודה ומלגה – מתרגלים ומנסחים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שמציג שם, תחום עניין ולמה מתאים לתוכנית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שלא מופיעה כבר במידע הכתוב, למשל על ימי העבודה או ההדרכה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התמודדות עם לחץ – מה קורה בגוף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לחץ הוא תגובה טבעית של הגוף לרגע חשוב, והמטרה היא לנהל אותו ולא להעלים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באתר – זו תגובה טבעית, לא תקלה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התמודדות עם לחץ – נשימה ועש״ן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התמודדות עם לחץ – מתאימים כלי לצעד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(עוצרים רגע לפני הכניסה או כשהלחץ 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(מכווצים כפות ידיים לחמש שניות ומשחררים)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(שאיפה עמוקה ונשיפה ארוכה)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(אומרים לעצמנו 'התכוננתי, מותר להתרגש, אני יכול/ה')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חזרה מסכמת וסימולציית ראיון – זיהוי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התאמה בין המועמד/ת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ראיון מקוון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חזרה מסכמת וסימולציית ראיון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בראיון קבוצתי המראיינים בודקים איך מועמדים מקשיבים, משתפים פעולה ולוקחים יוזמה.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לנהל את הלחץ ולא להעלים אותו, כך שיעזור להיות ערניים.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לפחות שניים מתוך: אישי/קבוצתי/מקוון/טלפוני/מגמה/עבודה/מלגה, עם מה שבודקים בכל 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כולל ארבעה חלקים ברורים ולא רק תיאור כללי של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בוחר/ת כלי ספציפי ומסביר/ה בקצרה למה הוא עוזר לו/לה באופן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שלושה שיעורים: פרקים 1-2 בשיעור ראשון, פרקים 3-4 בשני, 5-6 בשלישי כתרגול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שמתקשים, אפשר להתחיל מהמשימות המובנות של רמת חט״ב (ארבעה משפטים קבועים) לפני מעבר לפיץ' החופשי של חט״ע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עבודה בזוגות או שלשות בפרקים 2-3-6, עם חילופי תפקידים של מראיין, מועמד וצופה הממלא דף 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הכנת שני סיפורי STAR שונים לאותה שאלה, והשוואה איזה מהם משכנע יותר ולמה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תתרגלו שלב אחר שלב את כל מה שצריך כדי להגיע מוכנים לראיון: מהגדרת המושג ועד תשובת STAR מלאה. עבדו לפי סדר הפרקים, כי כל פרק בונה על הקודם, ובסוף כל פרק בדקו את עצמכם מול עמוד החזרה.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פעולה  ·  תקשורת  ·  ארבע  ·  ארבע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מהו ראיון וסוגיו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ראיון, לפי ההגדרה?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שיחה עם מטרה, שבה שני הצדדים מכירים זה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בחינה עם תשובה נכונה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מבחן בכתב על ידע 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אחד מהדברים שמראיינים רוצים לגלות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התאמה בין המועמד למקום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הגובה של המועמד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צבע השיער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מהו ראיון וסוגיו – זיהוי והבחנה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ראיון הוא בחינה עם תשובה נכונה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מוטיבציה בראיון עוסקת בשאלה 'למה דווקא כאן ולמה עכשיו'.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מהו ראיון וסוגיו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ה-__________ בראיון בודקת איך המועמד מקשיב, מסביר ומגיב.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מהו ראיון וסוגיו – התאמת סוגי ראיונות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ראיון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כמה מועמדים יחד, הצגה עצמית ודילמה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ראיון קבוצתי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מראיין אחד או ועדה קטנה, בדרך כלל 10–30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ראיון מקוון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ראיון קצר בטלפון, הקול והבהירות הם הכול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ראיון טלפוני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שיחת וידאו, חשוב חדר שקט ומצלמה בגובה העיניים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רושם ראשון, שפת גוף והצגה עצמית – זיהוי ויסודות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ראיון הוא שיחה עם מטרה להכיר את המועמד ואת המקום, ולא בחינה עם תשובה נכונה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הצגה עצמית של דקה בנויה בדרך כלל משני משפטים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קשר עין וחיוך נחשבים לשפת גוף מקדמת בראיון.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רושם ראשון, שפת גוף והצגה עצמית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חיוך קל ויציבה זקופה בכניסה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שפת גוף מעכבת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מבט נטוי לרצפה לאורך כל השיחה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שפת גוף מקדמת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קשר עין עם המראיין או המראיינת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שפת גוף מקדמת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רושם ראשון, שפת גוף והצגה עצמית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הצגה עצמית בת ארבעה משפטים: מי אתם, מה מעניין אתכם, חוזקה עם דוגמה, ולמה המקום הזה מתאים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מאגר שאלות ושיטת STAR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באות S בשיטת STAR הכוונה היא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מצב (Situation)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מטרה (Success)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שאלה (Subject)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באות T בשיטת STAR הכוונה היא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זמן (Time)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משימה (Task)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נושא (Topic)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מאגר שאלות ושיטת STAR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שיטת STAR עוזרת לבנות תשובה עם דוגמה אמיתית מהחיים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מאגר השאלות באתר כולל כ-60 שאלות נפוצות לראיון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מאגר שאלות ושיטת STAR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קרה בסוף ומה למדתי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הרקע או הנסיבות שבהן קרה הדבר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היה צריך לעשות או לפתור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מה בפועל עשיתי כדי להתמודד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מאגר שאלות ושיטת STAR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שיטת STAR כוללת ארבעה שלבים: מצב, משימה, __________, ותוצאה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התאמה אישית: תוכנית, מכינה, עבודה ומלגה – מה זוכרים מהמשימות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שניות אורך הפיץ' האישי שמתרגלים במשימה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סיפורי STAR נדרש לכתוב בבנק הסיפורים?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התאמה אישית: תוכנית, מכינה, עבודה ומלגה – התאמת התשובה להקשר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ראיון לתוכנית או למכינה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בודקים מטרות, מאמץ וצורך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ראיון לעבודה 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בודקים עניין בתחום, התמדה ומוכנות ללמוד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ראיון למלגה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פתיחה, שתי חוזקות עם דוגמאות, מטרה וחיבור לתוכנית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פיץ' אישי של 90 שניות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בודקים אמינות, זמינות ונכונות ללמוד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התאמה אישית: תוכנית, מכינה, עבודה ומלגה – מתרגלים ומנסחים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פתיחה אחד לפיץ' של 90 שניות לריאיון לתוכנית לבחירתכם/ן.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נסחו שאלה אחת שאפשר לשאול מראיין/ת בריאיון לעבודה ראשונה, שמראה עניין אמיתי במקום.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התמודדות עם לחץ – מה קורה בגוף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לחץ לפני ראיון הוא תמיד סימן רע וצריך להעלים אותו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דופק מהיר, ידיים קרות ו'פרפרים בבטן' הם תגובה טבעית של הגוף לקראת רגע 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התמודדות עם לחץ – נשימה ועש״ן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בתרגיל הנשימה המרגיעה שואפים באף במשך __________ שניות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ההחזקה הקצרה, נושפים לאט בפה במשך שש שניות, וחוזרים על התרגיל שלוש עד __________ פעמים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התמודדות עם לחץ – מתאימים כלי לצעד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אומרים לעצמנו 'התכוננתי, מותר להתרגש, אני יכול/ה'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שאיפה עמוקה ונשיפה ארוכה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עוצרים רגע לפני הכניסה או כשהלחץ 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מכווצים כפות ידיים לחמש שניות ומשחררים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חזרה מסכמת וסימולציית ראיון – זיהוי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מהבאים הוא אחד מהדברים שמראיינים רוצים לגלות עליכם?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התאמה בין המועמד/ת למקום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הציון הממוצע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הגובה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סוג ראיון חשוב במיוחד חדר שקט ומצלמה בגובה העיניים?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ראיון טלפוני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ראיון מקוון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ראיון קבוצתי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חזרה מסכמת וסימולציית ראיון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בראיון קבוצתי בודקים בעיקר הקשבה ושיתוף פעולה.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המטרה בהתמודדות עם לחץ לפני ראיון היא להעלים אותו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מה ההבדל בין שלושה סוגי ראיונות ומה בודקים בכל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בניתי לפחות שני סיפורי STAR מהחיים שלי, עם מצב, משימה, פעולה ותוצאה ברורים?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