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מטרת הראיון, סוגיו ואת מה שמראיינים בודקים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הצגה עצמית ברורה ותשובות STAR מבוססות דוגמאות אישיות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שפת גוף, ניהול לחץ וכלי חוסן לפני ובמהלך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תשובות ושאלות להקשר הספציפי: תוכנית, מכינה, עבודה או מלגה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מהו ראיון וסוגיו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שיחה עם מטרה, שבה שני הצדדים מכירים זה את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התאמה בין המועמד למקום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מהו ראיון וסוגיו – זיהוי והבחנה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ראיון הוא שיחה עם מטרה, לא בחינה עם תשובה אחת נכונה.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מוגדרת המוטיבציה ברשימת מה שמראיינים מחפשים.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מהו ראיון וסוגיו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תקשורת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מהו ראיון וסוגיו – התאמת סוגי ראיונות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(מראיין אחד או ועדה קטנה, בדרך כלל 10–30 דקות)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(כמה מועמדים יחד, הצגה עצמית ודילמה משותפת)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(שיחת וידאו, חשוב חדר שקט ומצלמה בגובה העיניים)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(ראיון קצר בטלפון, הקול והבהירות הם הכול)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(בודקים מטרות, מאמץ וצורך)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רושם ראשון, שפת גוף והצגה עצמית – זיהוי ויסודות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הבסיסית של ראיון: שתי הצדדים מנסים להכיר זה את זה.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מומלץ לבנות אותה מארבעה משפטים: מי אני, מה מעניין אותי, חוזקה עם דוגמה, ולמה המקום הזה.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הם יוצרים רושם ראשון חיובי ומשדרים ביטחון ועניין אמיתי.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מראיינים בודקים גם התאמה, מוטיבציה, תקשורת, עבודה עם אחרים ואחריות.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רושם ראשון, שפת גוף והצגה עצמית – התאמה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(שפת גוף מקדמת)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(שפת גוף מעכבת)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(שפת גוף מקדמת)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(המשפט הראשון בהצגה העצמית)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(המשפט השלישי בהצגה העצמית)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(המשפט הרביעי בהצגה העצמית)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רושם ראשון, שפת גוף והצגה עצמית – ניתוח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אחד מארבעת המשפטים מופיע בנפרד, יש דוגמה קונקרטית לחוזקה, והאורך מתאים לקריאה בקול תוך כ-60 שניות.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ייווצר רושם של חוסר ביטחון, כי שפת הגוף משפיעה על הרושם לפחות כמו המילים, ומראיינים קוראים את שניהם יחד.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החוזקה מוגדרת בבירור, והדוגמה כוללת מצב קונקרטי אחד לפחות שממחיש אותה בפועל.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אישית המתייחסת לקצב דיבור, קשר עין או צמצום מילים מיותרות, עם נימוק קצר.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מאגר שאלות ושיטת STAR – זיהוי ושליפה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מצב (Situation)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משימה (Task)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חוזקות וחולשות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מאגר שאלות ושיטת STAR –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השיטה מסייעת לארגן סיפור ברור עם מצב, משימה, פעולה ותוצאה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מצוין בעמוד המאגר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מאגר שאלות ושיטת STAR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(הרקע או הנסיבות שבהן קרה הדבר)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(מה היה צריך לעשות או לפתור)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(מה בפועל עשיתי כדי להתמודד)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(מה קרה בסוף ומה למדתי)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מאגר שאלות ושיטת STAR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התאמה אישית: תוכנית, מכינה, עבודה ומלגה – מה זוכרים מהמשימות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90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מצלמה, מיקרופון וחיבור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לסכם מה עזר לקבוצה ומה הפריע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מוחקים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התאמה אישית: תוכנית, מכינה, עבודה ומלגה – התאמת התשובה להקשר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(בודקים עניין בתחום, התמדה ומוכנות ללמוד)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(בודקים אמינות, זמינות ונכונות ללמוד)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(בודקים מטרות, מאמץ וצורך בקהילה)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(פתיחה, שתי חוזקות עם דוגמאות, מטרה וחיבור לתוכנית)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(ארבעה סיפורים עם מצב, משימה, פעולה ותוצאה)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התאמה אישית: תוכנית, מכינה, עבודה ומלגה – מתרגלים ומנסחים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קצר שמציג שם, תחום עניין ולמה מתאים לתוכנית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קצר של מצב אמיתי ותוצאה או לקח שנלמד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שאלה שלא מופיעה כבר במידע הכתוב, למשל על ימי העבודה או ההדרכה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כל הקשר בודק דברים אחרים, למשל התמדה מול אמינות מול תרומה לקהילה, לכן מדגישים חלקים שונים באותו 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התמודדות עם לחץ – מה קורה בגוף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לחץ הוא תגובה טבעית של הגוף לרגע חשוב, והמטרה היא לנהל אותו ולא להעלים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באתר – זו תגובה טבעית, לא תקלה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המטרה היא שהלחץ יעזור לערנות ולא יפריע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התמודדות עם לחץ – נשימה ועש״ן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עצור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התמודדות עם לחץ – מתאימים כלי לצעד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(עוצרים רגע לפני הכניסה או כשהלחץ 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(מכווצים כפות ידיים לחמש שניות ומשחררים)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(שאיפה עמוקה ונשיפה ארוכה)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(אומרים לעצמנו 'התכוננתי, מותר להתרגש, אני יכול/ה')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(נכנסים לחדר ומתחילים בחיוך)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חזרה מסכמת וסימולציית ראיון – זיהוי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התאמה בין המועמד/ת למקום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ראיון מקוון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חזרה מסכמת וסימולציית ראיון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בראיון קבוצתי המראיינים בודקים איך מועמדים מקשיבים, משתפים פעולה ולוקחים יוזמה.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המטרה היא לנהל את הלחץ ולא להעלים אותו, כך שיעזור להיות ערניים.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לפחות שניים מתוך: אישי/קבוצתי/מקוון/טלפוני/מגמה/עבודה/מלגה, עם מה שבודקים בכל סוג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הסיפור כולל ארבעה חלקים ברורים ולא רק תיאור כללי של 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בוחר/ת כלי ספציפי ומסביר/ה בקצרה למה הוא עוזר לו/לה באופן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שלושה שיעורים: פרקים 1-2 בשיעור ראשון, פרקים 3-4 בשני, 5-6 בשלישי כתרגול מסכם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שמתקשים, אפשר להתחיל מהמשימות המובנות של רמת חט״ב (ארבעה משפטים קבועים) לפני מעבר לפיץ' החופשי של חט״ע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עבודה בזוגות או שלשות בפרקים 2-3-6, עם חילופי תפקידים של מראיין, מועמד וצופה הממלא דף תצפית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אתגר: הכנת שני סיפורי STAR שונים לאותה שאלה, והשוואה איזה מהם משכנע יותר ולמה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תלמדו איך להתכונן לראיון, צעד אחר צעד. עבדו לפי סדר הפרקים. בסוף כל פרק בדקו את עצמכם.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קצרה שבמהלכה מקום מסוים מכיר אתכם ואתם מכירים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מוטיבציה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הסיבה האמיתית שלכם לרצות במקום הזה, דווקא עכשיו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STAR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שיטה לבניית תשובה: מצב, משימה, פעולה, תוצאה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 קבוצתי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שבו כמה מועמדים מבצעים יחד משימה או דילמה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 מקוון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בשיחת וידאו מהבית, עם דגש על רקע, תאורה וחיבור יציב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שפת 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תנועות, מבט ויציבה שמעבירים מסר בלי 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עש״ן ד״ק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להרגעה: עצור, שרירים, נשימה, דיבור עצמי, קדימה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גש״ר מאח״ד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מודל לבחירת דרך הרגעה אישית לפי ערוץ: גוף, שכל, רגש ועוד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תשובה חלשה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תשובה כללית מדי, ללא דוגמה אישית או תוצאה ברורה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הודעת תודה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הודעה קצרה ומכבדת שנשלחת למראיין אחרי הראיון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מהו ראיון וסוגיו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ההגדרה של 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שיחה עם מטרה, שבה שני הצדדים מכירים זה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בחינה עם תשובה נכונה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מבחן בכתב על ידע כללי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שיחה חברתית ללא 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מראיינים בודקים?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התאמה בין המועמד למקום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הגובה של המועמד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 השיער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האחים במשפחה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מהו ראיון וסוגיו – זיהוי והבחנה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הוא בחינה עם תשובה נכונה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מוטיבציה בראיון עוסקת בשאלה 'למה דווקא כאן ולמה עכשיו'.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מהו ראיון וסוגיו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ה-__________ בראיון בודקת איך המועמד מקשיב, מסביר ומגיב.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מהו ראיון וסוגיו – התאמת סוגי ראיונות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ראיון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שיחת וידאו, חשוב חדר שקט ומצלמה בגובה העיניים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ראיון קבוצתי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ראיון קצר בטלפון, הקול והבהירות הם הכול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ראיון מקוון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בודקים מטרות, מאמץ וצורך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ראיון טלפוני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כמה מועמדים יחד, הצגה עצמית ודילמה משותפת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ראיון למלגה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מראיין אחד או ועדה קטנה, בדרך כלל 10–30 דקות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רושם ראשון, שפת גוף והצגה עצמית – זיהוי ויסודות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הוא שיחה עם מטרה להכיר את המועמד ואת המקום, ולא בחינה עם תשובה נכונה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הצגה עצמית של דקה בנויה בדרך כלל משני משפטים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קשר עין וחיוך נחשבים לשפת גוף מקדמת בראיון.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מראיינים בודקים רק ידע מקצועי ולא דברים כמו מוטיבציה או עבודת צוות.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רושם ראשון, שפת גוף והצגה עצמית – התאמה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חיוך קל ויציבה זקופה בכניסה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המשפט הרביעי בהצגה העצמית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מבט נטוי לרצפה לאורך כל השיחה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שפת גוף מקדמת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קשר עין עם המראיין או המראיינת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המשפט השלישי בהצגה העצמית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משפט פתיחה שעונה על 'מי אני'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שפת גוף מעכבת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משפט עם חוזקה ודוגמה קונקרטית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שפת גוף מקדמת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הסבר למה דווקא המקום הזה מתאים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המשפט הראשון בהצגה העצמית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רושם ראשון, שפת גוף והצגה עצמית – ניתוח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הצגה עצמית בת ארבעה משפטים: מי אתם, מה מעניין אתכם, חוזקה עם דוגמה, ולמה המקום הזה מתאים 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שבו שפת הגוף סותרת את המילים (למשל: מישהו אומר 'אני בטוח בעצמי' אבל מביט ברצפה). איזה רושם ייווצר אצל המראיין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חוזקה אחת שלכם וכתבו דוגמה קצרה ואמיתית שמוכיחה אותה.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אחרי תרגול ההצגה העצמית בזוגות, מה שינוי אחד שתעשו כדי לשפר את הקצב או את שפת הגוף שלכם? נמקו.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מאגר שאלות ושיטת STAR – זיהוי ושליפה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האות S?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 (Situation)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מטרה (Success)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(Subject)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פתרון (Solution)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האות T?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זמן (Time)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משימה (Task)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נושא (Topic)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צוות (Team)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קבוצת שאלות נמצאת שאלה על חוזקות?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חוזקות וחולשות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למה דווקא כאן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חלומות ועתיד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שאלות מפתיעות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מאגר שאלות ושיטת STAR – 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שיטת STAR עוזרת לבנות תשובה עם דוגמה אמיתית מהחיים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מאגר השאלות באתר כולל כ-60 שאלות נפוצות לראיון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מאגר שאלות ושיטת STAR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קרה בסוף ומה למדתי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הרקע או הנסיבות שבהן קרה הדבר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היה צריך לעשות או לפתור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בפועל עשיתי כדי להתמודד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מאגר שאלות ושיטת STAR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שיטת STAR כוללת ארבעה שלבים: מצב, משימה, __________, ותוצאה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התאמה אישית: תוכנית, מכינה, עבודה ומלגה – מה זוכרים מהמשימות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זמן נותנים לפיץ' האישי?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סיפורים כותבים בבנק ה-STAR?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מכינים לפני ראיון בווידאו?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התשובות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מצלמה, מיקרופון וחיבור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את הבגדים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כלום, זה לא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מסכמים בסוף המשימה הקבוצתית?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לבחור מנצח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לבדוק מי דיבר הכי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לסכם מה עזר לקבוצה ומה הפריע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דוח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עם שאלה שכבר יש לה תשובה ידועה?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שואלים אותה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מוחקים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שומרים לסוף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שולחים במייל מראש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התאמה אישית: תוכנית, מכינה, עבודה ומלגה – התאמת התשובה להקשר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ראיון לתוכנית או למכינה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פתיחה, שתי חוזקות עם דוגמאות, מטרה וחיבור לתוכנית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ראיון לעבודה ראשונה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בודקים מטרות, מאמץ וצורך בקהילה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ראיון למלגה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בודקים אמינות, זמינות ונכונות ללמוד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פיץ' אישי של 90 שניות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ארבעה סיפורים עם מצב, משימה, פעולה ותוצאה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בנק סיפורי STAR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בודקים עניין בתחום, התמדה ומוכנות ללמוד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התאמה אישית: תוכנית, מכינה, עבודה ומלגה – מתרגלים ומנסחים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פתיחה אחד לפיץ' של 90 שניות לריאיון לתוכנית לבחירתכם/ן.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אחד מארבעת נושאי STAR (אחריות / עבודת צוות / כישלון / יוזמה) וכתבו משפט מצב ומשפט תוצאה מתוך סיפור שלכם/ן.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נסחו שאלה אחת שאפשר לשאול מראיין/ת בריאיון לעבודה ראשונה, שמראה עניין אמיתי במקום.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בשתי שורות למה חשוב להתאים את אותו סיפור STAR להקשרים שונים (תוכנית, עבודה, מלגה) ולא להשתמש באותו נוסח בדיוק.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התמודדות עם לחץ – מה קורה בגוף 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לחץ לפני ראיון הוא תמיד סימן רע וצריך להעלים אותו לגמרי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דופק מהיר, ידיים קרות ו'פרפרים בבטן' הם תגובה טבעית של הגוף לקראת רגע חשוב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כשהלחץ מנוהל נכון, הוא יכול לעזור לנו להיות ערניים יותר בראיון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התמודדות עם לחץ – נשימה ועש״ן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בתרגיל הנשימה המרגיעה שואפים באף במשך __________ שניות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ההחזקה הקצרה, נושפים לאט בפה במשך שש שניות, וחוזרים על התרגיל שלוש עד __________ פעמים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האות הראשונה בשיטת עש״ן ד״ק מסמלת את הפעולה: לעצור רגע לפני הכניסה או כשהלחץ עולה, והיא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התמודדות עם לחץ – מתאימים כלי לצעד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אומרים לעצמנו 'התכוננתי, מותר להתרגש, אני יכול/ה'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שאיפה עמוקה ונשיפה ארוכה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מכווצים כפות ידיים לחמש שניות ומשחררים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נכנסים לחדר ומתחילים בחיוך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עוצרים רגע לפני הכניסה או כשהלחץ עולה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חזרה מסכמת וסימולציית ראיון – זיהוי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מראיינים בודקים?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התאמה בין המועמד/ת למקום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הציון הממוצע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הגובה שלכם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האחים והאחיות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ראיון חשוב חדר שקט ומצלמה?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ראיון טלפוני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ראיון מקוון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ראיון קבוצתי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סדנאות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האות נ׳ בעש״ן ד״ק?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ניצחון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ניסיון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נחישות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חזרה מסכמת וסימולציית ראיון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בראיון קבוצתי בודקים בעיקר הקשבה ושיתוף פעולה.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המטרה בהתמודדות עם לחץ לפני ראיון היא להעלים אותו לגמרי.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מה ההבדל בין שלושה סוגי ראיונות ומה בודקים בכל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בניתי לפחות שני סיפורי STAR מהחיים שלי, עם מצב, משימה, פעולה ותוצאה ברורים?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כלי הרגעה אחד (נשימה, עש״ן ד״ק או גש״ר מאח״ד) הכי מתאים לי,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הכנה לראיון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